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ПРИОБЩЕНИИ ДОКАЗАТЕЛЬСТВ ЗАЩИТЫ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доказательств защиты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